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3C0D" w14:textId="6A104F76" w:rsidR="007D2888" w:rsidRPr="00527ADF" w:rsidRDefault="00000000" w:rsidP="00527ADF">
      <w:pPr>
        <w:pStyle w:val="KonuBal"/>
        <w:jc w:val="center"/>
        <w:rPr>
          <w:b/>
          <w:bCs/>
          <w:sz w:val="32"/>
          <w:szCs w:val="32"/>
          <w:lang w:val="tr-TR"/>
        </w:rPr>
      </w:pPr>
      <w:r w:rsidRPr="00527ADF">
        <w:rPr>
          <w:b/>
          <w:bCs/>
          <w:sz w:val="32"/>
          <w:szCs w:val="32"/>
          <w:lang w:val="tr-TR"/>
        </w:rPr>
        <w:t>İSTANBUL YENİ YÜZYIL ÜNİVERSİTESİ</w:t>
      </w:r>
      <w:r w:rsidRPr="00527ADF">
        <w:rPr>
          <w:b/>
          <w:bCs/>
          <w:sz w:val="32"/>
          <w:szCs w:val="32"/>
          <w:lang w:val="tr-TR"/>
        </w:rPr>
        <w:br/>
        <w:t>İKTİSADİ VE İDARİ BİLİMLER FAKÜLTESİ</w:t>
      </w:r>
    </w:p>
    <w:p w14:paraId="57037FC2" w14:textId="77777777" w:rsidR="007D2888" w:rsidRPr="00527ADF" w:rsidRDefault="00000000">
      <w:pPr>
        <w:rPr>
          <w:i/>
          <w:iCs/>
          <w:u w:val="single"/>
          <w:lang w:val="tr-TR"/>
        </w:rPr>
      </w:pPr>
      <w:r w:rsidRPr="00527ADF">
        <w:rPr>
          <w:lang w:val="tr-TR"/>
        </w:rPr>
        <w:br/>
      </w:r>
      <w:r w:rsidRPr="00527ADF">
        <w:rPr>
          <w:i/>
          <w:iCs/>
          <w:u w:val="single"/>
          <w:lang w:val="tr-TR"/>
        </w:rPr>
        <w:t>Konu: Not Düzeltme Talebi</w:t>
      </w:r>
      <w:r w:rsidRPr="00527ADF">
        <w:rPr>
          <w:i/>
          <w:iCs/>
          <w:u w:val="single"/>
          <w:lang w:val="tr-TR"/>
        </w:rPr>
        <w:br/>
      </w:r>
    </w:p>
    <w:p w14:paraId="3C4928CB" w14:textId="77777777" w:rsidR="007D2888" w:rsidRPr="00527ADF" w:rsidRDefault="00000000">
      <w:pPr>
        <w:rPr>
          <w:lang w:val="tr-TR"/>
        </w:rPr>
      </w:pPr>
      <w:r w:rsidRPr="00527ADF">
        <w:rPr>
          <w:lang w:val="tr-TR"/>
        </w:rPr>
        <w:t>Aşağıda bilgileri yer alan ders için yapılan değerlendirme sonucunda maddi hata tespit edilmiş olup, ilgili öğrencinin notunun düzeltilmesi hususunda gereğini arz ederim.</w:t>
      </w:r>
      <w:r w:rsidRPr="00527ADF">
        <w:rPr>
          <w:lang w:val="tr-TR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D2888" w:rsidRPr="00527ADF" w14:paraId="4CC49E65" w14:textId="77777777">
        <w:tc>
          <w:tcPr>
            <w:tcW w:w="4320" w:type="dxa"/>
          </w:tcPr>
          <w:p w14:paraId="5DAEC797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Bölüm</w:t>
            </w:r>
          </w:p>
        </w:tc>
        <w:tc>
          <w:tcPr>
            <w:tcW w:w="4320" w:type="dxa"/>
          </w:tcPr>
          <w:p w14:paraId="152BCF83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.........................................................</w:t>
            </w:r>
          </w:p>
        </w:tc>
      </w:tr>
      <w:tr w:rsidR="007D2888" w:rsidRPr="00527ADF" w14:paraId="2929885C" w14:textId="77777777">
        <w:tc>
          <w:tcPr>
            <w:tcW w:w="4320" w:type="dxa"/>
          </w:tcPr>
          <w:p w14:paraId="2DFD5F4F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Ders Adı</w:t>
            </w:r>
          </w:p>
        </w:tc>
        <w:tc>
          <w:tcPr>
            <w:tcW w:w="4320" w:type="dxa"/>
          </w:tcPr>
          <w:p w14:paraId="6C3E32A3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.........................................................</w:t>
            </w:r>
          </w:p>
        </w:tc>
      </w:tr>
      <w:tr w:rsidR="007D2888" w:rsidRPr="00527ADF" w14:paraId="391BA3B7" w14:textId="77777777">
        <w:tc>
          <w:tcPr>
            <w:tcW w:w="4320" w:type="dxa"/>
          </w:tcPr>
          <w:p w14:paraId="3960EFB0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Ders Kodu</w:t>
            </w:r>
          </w:p>
        </w:tc>
        <w:tc>
          <w:tcPr>
            <w:tcW w:w="4320" w:type="dxa"/>
          </w:tcPr>
          <w:p w14:paraId="56D80A9A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.........................................................</w:t>
            </w:r>
          </w:p>
        </w:tc>
      </w:tr>
      <w:tr w:rsidR="007D2888" w:rsidRPr="00527ADF" w14:paraId="58026889" w14:textId="77777777">
        <w:tc>
          <w:tcPr>
            <w:tcW w:w="4320" w:type="dxa"/>
          </w:tcPr>
          <w:p w14:paraId="7464814A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Dersin Öğretim Üyesi</w:t>
            </w:r>
          </w:p>
        </w:tc>
        <w:tc>
          <w:tcPr>
            <w:tcW w:w="4320" w:type="dxa"/>
          </w:tcPr>
          <w:p w14:paraId="4EC0DD9B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.........................................................</w:t>
            </w:r>
          </w:p>
        </w:tc>
      </w:tr>
      <w:tr w:rsidR="007D2888" w:rsidRPr="00527ADF" w14:paraId="6AA05C3C" w14:textId="77777777">
        <w:tc>
          <w:tcPr>
            <w:tcW w:w="4320" w:type="dxa"/>
          </w:tcPr>
          <w:p w14:paraId="6F7138D1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Öğrenci Adı Soyadı / No</w:t>
            </w:r>
          </w:p>
        </w:tc>
        <w:tc>
          <w:tcPr>
            <w:tcW w:w="4320" w:type="dxa"/>
          </w:tcPr>
          <w:p w14:paraId="659D9D17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.........................................................</w:t>
            </w:r>
          </w:p>
        </w:tc>
      </w:tr>
      <w:tr w:rsidR="007D2888" w:rsidRPr="00527ADF" w14:paraId="741968A2" w14:textId="77777777">
        <w:tc>
          <w:tcPr>
            <w:tcW w:w="4320" w:type="dxa"/>
          </w:tcPr>
          <w:p w14:paraId="24FF64AE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Sınav Türü (Vize/Final/Bütünleme vb.)</w:t>
            </w:r>
          </w:p>
        </w:tc>
        <w:tc>
          <w:tcPr>
            <w:tcW w:w="4320" w:type="dxa"/>
          </w:tcPr>
          <w:p w14:paraId="74C63CDA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.........................................................</w:t>
            </w:r>
          </w:p>
        </w:tc>
      </w:tr>
    </w:tbl>
    <w:p w14:paraId="0DD00F5B" w14:textId="77777777" w:rsidR="007D2888" w:rsidRPr="00527ADF" w:rsidRDefault="00000000">
      <w:pPr>
        <w:rPr>
          <w:lang w:val="tr-TR"/>
        </w:rPr>
      </w:pPr>
      <w:r w:rsidRPr="00527ADF">
        <w:rPr>
          <w:lang w:val="tr-TR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D2888" w:rsidRPr="00527ADF" w14:paraId="73CEFFCC" w14:textId="77777777">
        <w:tc>
          <w:tcPr>
            <w:tcW w:w="2880" w:type="dxa"/>
          </w:tcPr>
          <w:p w14:paraId="01E9DD52" w14:textId="77777777" w:rsidR="007D2888" w:rsidRPr="00527ADF" w:rsidRDefault="007D2888">
            <w:pPr>
              <w:rPr>
                <w:lang w:val="tr-TR"/>
              </w:rPr>
            </w:pPr>
          </w:p>
        </w:tc>
        <w:tc>
          <w:tcPr>
            <w:tcW w:w="2880" w:type="dxa"/>
          </w:tcPr>
          <w:p w14:paraId="03DC3C4E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Rakamla</w:t>
            </w:r>
          </w:p>
        </w:tc>
        <w:tc>
          <w:tcPr>
            <w:tcW w:w="2880" w:type="dxa"/>
          </w:tcPr>
          <w:p w14:paraId="33022194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Yazıyla</w:t>
            </w:r>
          </w:p>
        </w:tc>
      </w:tr>
      <w:tr w:rsidR="007D2888" w:rsidRPr="00527ADF" w14:paraId="4CDAA491" w14:textId="77777777">
        <w:tc>
          <w:tcPr>
            <w:tcW w:w="2880" w:type="dxa"/>
          </w:tcPr>
          <w:p w14:paraId="67382C48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Eski Not</w:t>
            </w:r>
          </w:p>
        </w:tc>
        <w:tc>
          <w:tcPr>
            <w:tcW w:w="2880" w:type="dxa"/>
          </w:tcPr>
          <w:p w14:paraId="7107AF6E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</w:t>
            </w:r>
          </w:p>
        </w:tc>
        <w:tc>
          <w:tcPr>
            <w:tcW w:w="2880" w:type="dxa"/>
          </w:tcPr>
          <w:p w14:paraId="4EE1F0AB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</w:t>
            </w:r>
          </w:p>
        </w:tc>
      </w:tr>
      <w:tr w:rsidR="007D2888" w:rsidRPr="00527ADF" w14:paraId="45C157D6" w14:textId="77777777">
        <w:tc>
          <w:tcPr>
            <w:tcW w:w="2880" w:type="dxa"/>
          </w:tcPr>
          <w:p w14:paraId="7AE81D59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Yeni Not</w:t>
            </w:r>
          </w:p>
        </w:tc>
        <w:tc>
          <w:tcPr>
            <w:tcW w:w="2880" w:type="dxa"/>
          </w:tcPr>
          <w:p w14:paraId="35BAD4E5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</w:t>
            </w:r>
          </w:p>
        </w:tc>
        <w:tc>
          <w:tcPr>
            <w:tcW w:w="2880" w:type="dxa"/>
          </w:tcPr>
          <w:p w14:paraId="5B862EE1" w14:textId="77777777" w:rsidR="007D2888" w:rsidRPr="00527ADF" w:rsidRDefault="00000000">
            <w:pPr>
              <w:rPr>
                <w:lang w:val="tr-TR"/>
              </w:rPr>
            </w:pPr>
            <w:r w:rsidRPr="00527ADF">
              <w:rPr>
                <w:lang w:val="tr-TR"/>
              </w:rPr>
              <w:t>........</w:t>
            </w:r>
          </w:p>
        </w:tc>
      </w:tr>
    </w:tbl>
    <w:p w14:paraId="25538E60" w14:textId="435F0C81" w:rsidR="007D2888" w:rsidRDefault="00000000">
      <w:pPr>
        <w:rPr>
          <w:lang w:val="tr-TR"/>
        </w:rPr>
      </w:pPr>
      <w:r w:rsidRPr="00527ADF">
        <w:rPr>
          <w:lang w:val="tr-TR"/>
        </w:rPr>
        <w:br/>
        <w:t>Açıklama:</w:t>
      </w:r>
      <w:r w:rsidRPr="00527ADF">
        <w:rPr>
          <w:lang w:val="tr-TR"/>
        </w:rPr>
        <w:br/>
        <w:t>.............................................................................</w:t>
      </w:r>
      <w:r w:rsidR="00527ADF">
        <w:rPr>
          <w:lang w:val="tr-TR"/>
        </w:rPr>
        <w:t>...</w:t>
      </w:r>
      <w:r w:rsidRPr="00527ADF">
        <w:rPr>
          <w:lang w:val="tr-TR"/>
        </w:rPr>
        <w:t>...............................................................................................</w:t>
      </w:r>
      <w:r w:rsidR="00527ADF" w:rsidRPr="00527ADF">
        <w:rPr>
          <w:lang w:val="tr-TR"/>
        </w:rPr>
        <w:t xml:space="preserve"> </w:t>
      </w:r>
      <w:r w:rsidR="00527ADF" w:rsidRPr="00527ADF">
        <w:rPr>
          <w:lang w:val="tr-TR"/>
        </w:rPr>
        <w:t>......................................................................</w:t>
      </w:r>
      <w:r w:rsidR="00527ADF">
        <w:rPr>
          <w:lang w:val="tr-TR"/>
        </w:rPr>
        <w:t>...</w:t>
      </w:r>
      <w:r w:rsidR="00527ADF" w:rsidRPr="00527ADF">
        <w:rPr>
          <w:lang w:val="tr-TR"/>
        </w:rPr>
        <w:t>...............................................................................................</w:t>
      </w:r>
    </w:p>
    <w:p w14:paraId="423FEC07" w14:textId="77777777" w:rsidR="00527ADF" w:rsidRPr="00527ADF" w:rsidRDefault="00527ADF">
      <w:pPr>
        <w:rPr>
          <w:lang w:val="tr-TR"/>
        </w:rPr>
      </w:pPr>
    </w:p>
    <w:p w14:paraId="1189C65B" w14:textId="77777777" w:rsidR="007D2888" w:rsidRPr="00527ADF" w:rsidRDefault="00000000">
      <w:pPr>
        <w:rPr>
          <w:lang w:val="tr-TR"/>
        </w:rPr>
      </w:pPr>
      <w:r w:rsidRPr="00527ADF">
        <w:rPr>
          <w:lang w:val="tr-TR"/>
        </w:rPr>
        <w:t>Tarih: …… / …… / ……</w:t>
      </w:r>
      <w:r w:rsidRPr="00527ADF">
        <w:rPr>
          <w:lang w:val="tr-TR"/>
        </w:rPr>
        <w:br/>
      </w:r>
    </w:p>
    <w:p w14:paraId="6D8B3D7D" w14:textId="77777777" w:rsidR="007D2888" w:rsidRPr="00527ADF" w:rsidRDefault="00000000">
      <w:pPr>
        <w:rPr>
          <w:lang w:val="tr-TR"/>
        </w:rPr>
      </w:pPr>
      <w:r w:rsidRPr="00527ADF">
        <w:rPr>
          <w:lang w:val="tr-TR"/>
        </w:rPr>
        <w:t>Dersin Öğretim Üyesi</w:t>
      </w:r>
      <w:r w:rsidRPr="00527ADF">
        <w:rPr>
          <w:lang w:val="tr-TR"/>
        </w:rPr>
        <w:br/>
        <w:t>Adı Soyadı: .........................................................</w:t>
      </w:r>
      <w:r w:rsidRPr="00527ADF">
        <w:rPr>
          <w:lang w:val="tr-TR"/>
        </w:rPr>
        <w:br/>
        <w:t>İmza: .........................................................</w:t>
      </w:r>
    </w:p>
    <w:sectPr w:rsidR="007D2888" w:rsidRPr="00527AD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8795838">
    <w:abstractNumId w:val="8"/>
  </w:num>
  <w:num w:numId="2" w16cid:durableId="999699554">
    <w:abstractNumId w:val="6"/>
  </w:num>
  <w:num w:numId="3" w16cid:durableId="868955901">
    <w:abstractNumId w:val="5"/>
  </w:num>
  <w:num w:numId="4" w16cid:durableId="372192348">
    <w:abstractNumId w:val="4"/>
  </w:num>
  <w:num w:numId="5" w16cid:durableId="485129704">
    <w:abstractNumId w:val="7"/>
  </w:num>
  <w:num w:numId="6" w16cid:durableId="1367219513">
    <w:abstractNumId w:val="3"/>
  </w:num>
  <w:num w:numId="7" w16cid:durableId="1592661118">
    <w:abstractNumId w:val="2"/>
  </w:num>
  <w:num w:numId="8" w16cid:durableId="865797466">
    <w:abstractNumId w:val="1"/>
  </w:num>
  <w:num w:numId="9" w16cid:durableId="1040132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44B"/>
    <w:rsid w:val="00326F90"/>
    <w:rsid w:val="00527ADF"/>
    <w:rsid w:val="007D288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B4D02"/>
  <w14:defaultImageDpi w14:val="300"/>
  <w15:docId w15:val="{2BC51BF5-58F6-4E59-9EC7-DDAA7C4C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ZEYNEP ÖZDEMİR</cp:lastModifiedBy>
  <cp:revision>2</cp:revision>
  <dcterms:created xsi:type="dcterms:W3CDTF">2013-12-23T23:15:00Z</dcterms:created>
  <dcterms:modified xsi:type="dcterms:W3CDTF">2026-04-16T10:43:00Z</dcterms:modified>
  <cp:category/>
</cp:coreProperties>
</file>